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1 Group Practice: Break-even by Hand</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club opens a pop-up coffee cart for one event. The cart rental and supplies cost a flat $400 to set up, paid once however much coffee you sell. Each cup costs $1.50 to make, and the club sells each cup for $4.00. Work the break-even by hand as a group, showing every step.</w:t>
      </w:r>
    </w:p>
    <w:p>
      <w:r>
        <w:t>Step 1. Write the club's total-cost and revenue models as functions of the number of cups q. Then use your own two models to fill in the table for the quantities given, and work out the profit in the last column.</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Cups sold (q)</w:t>
            </w:r>
          </w:p>
        </w:tc>
        <w:tc>
          <w:tcPr>
            <w:tcW w:type="dxa" w:w="2556"/>
          </w:tcPr>
          <w:p>
            <w:pPr>
              <w:spacing w:after="20"/>
            </w:pPr>
            <w:r>
              <w:rPr>
                <w:b/>
                <w:sz w:val="19"/>
              </w:rPr>
              <w:t>Revenue ($)</w:t>
            </w:r>
          </w:p>
        </w:tc>
        <w:tc>
          <w:tcPr>
            <w:tcW w:type="dxa" w:w="2556"/>
          </w:tcPr>
          <w:p>
            <w:pPr>
              <w:spacing w:after="20"/>
            </w:pPr>
            <w:r>
              <w:rPr>
                <w:b/>
                <w:sz w:val="19"/>
              </w:rPr>
              <w:t>Total cost ($)</w:t>
            </w:r>
          </w:p>
        </w:tc>
        <w:tc>
          <w:tcPr>
            <w:tcW w:type="dxa" w:w="2556"/>
          </w:tcPr>
          <w:p>
            <w:pPr>
              <w:spacing w:after="20"/>
            </w:pPr>
            <w:r>
              <w:rPr>
                <w:b/>
                <w:sz w:val="19"/>
              </w:rPr>
              <w:t>Profit ($)</w:t>
            </w:r>
          </w:p>
        </w:tc>
      </w:tr>
      <w:tr>
        <w:trPr>
          <w:trHeight w:hRule="atLeast" w:val="547"/>
        </w:trPr>
        <w:tc>
          <w:tcPr>
            <w:tcW w:type="dxa" w:w="2556"/>
          </w:tcPr>
          <w:p>
            <w:pPr>
              <w:spacing w:after="20"/>
            </w:pPr>
            <w:r>
              <w:rPr>
                <w:sz w:val="19"/>
              </w:rPr>
              <w:t>0</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100</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200</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300</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bl>
    <w:p>
      <w:r>
        <w:t>Step 2. Work out how much each cup contributes toward covering the setup cost, then find the number of cups at which the club's profit first reaches zero. Show the arithmetic, not just the answer.</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What one cup contributes ($)</w:t>
            </w:r>
          </w:p>
        </w:tc>
        <w:tc>
          <w:tcPr>
            <w:tcW w:type="dxa" w:w="5112"/>
          </w:tcPr>
          <w:p>
            <w:pPr>
              <w:spacing w:after="20"/>
            </w:pPr>
            <w:r>
              <w:rPr>
                <w:b/>
                <w:sz w:val="19"/>
              </w:rPr>
              <w:t>Break-even quantity q* (cups)</w:t>
            </w:r>
          </w:p>
        </w:tc>
      </w:tr>
      <w:tr>
        <w:trPr>
          <w:trHeight w:hRule="atLeast" w:val="547"/>
        </w:trPr>
        <w:tc>
          <w:tcPr>
            <w:tcW w:type="dxa" w:w="5112"/>
          </w:tcPr>
          <w:p>
            <w:pPr>
              <w:spacing w:after="20"/>
            </w:pPr>
            <w:r>
              <w:rPr>
                <w:sz w:val="19"/>
              </w:rPr>
            </w:r>
          </w:p>
        </w:tc>
        <w:tc>
          <w:tcPr>
            <w:tcW w:type="dxa" w:w="5112"/>
          </w:tcPr>
          <w:p>
            <w:pPr>
              <w:spacing w:after="20"/>
            </w:pPr>
            <w:r>
              <w:rPr>
                <w:sz w:val="19"/>
              </w:rPr>
            </w:r>
          </w:p>
        </w:tc>
      </w:tr>
    </w:tbl>
    <w:p>
      <w:r>
        <w:t>Step 3. Three short answers. (a) Look back at your step 1 table: between which two rows does profit cross from negative to positive, and does the q* you computed in step 2 fall between them? If it does not, one of the two is wrong, so find out which. (b) Say in one sentence what q* means for the club, and give the profit it earns at 250 cups. (c) The club can change exactly one of: the $400 setup, the $4.00 price, or the $1.50 per-cup cost. Which change lowers q* the most per dollar of change, and why?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